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סימני פיסוק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סימני הפיסוק ושימוש נכון בהם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https://kubiyot-lemida.sites.tab.bot/luach-pisuk.html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נקודה  .; 2 – פסיק  ,; 3 – סימן שאלה  ?; 4 – סימן קריאה  !; 5 – מירכאות  " "; 6 – נקודתיים ומקף  : 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ד – סוף משפט   2) ג – עצירה קצרה או רשימה   3) ה – שאלה   4) ו – רגש חזק או אזהרה   5) ב – דיבור ישיר   6) א – לפני רשימה או דיבור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?   2) א – אחרי "עגבניות"   3) ב – דיבור ישיר / ציטוט   4) א – נקודתיים   5) א – איזה יום יפה!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בסוף משפט באה נקודה   3) נכון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❗ סימני פיסוק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סימני הפיסוק ושימוש נכון בהם.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לפני רשימה או דיבור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,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דיבור ישיר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עצירה קצרה או רשימה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!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סוף משפט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 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שאלה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: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רגש חזק או אזהרה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סימן מתאים בסוף: "מי יעלה כל יום לגג להשקות"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!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צריך פסיק? "קנינו עגבניות מלפפונים ופלפלים"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אחרי "עגבניות"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אחרי "קנינו"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צורך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מסמנות המירכאות במשפט: השכנה כתבה: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שאלה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דיבור ישיר / ציטוט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רשימה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סימן בא לפני רשימה?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נקודתיים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סימן שאלה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סימן קריאה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משפט מבטא התרגשות?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איזה יום יפה!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איזה יום 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איזה יום יפה,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שאלה מסתיים בסימן שאלה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פסיק בא בסוף כל 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דיבור ישיר באות לרוב נקודתיים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סימן קריאה יכול להביע הפתעה או אזהרה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(סימני פיסוק)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סימני פיסוק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